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AC9" w:rsidRDefault="002C68AB">
      <w:pPr>
        <w:jc w:val="center"/>
      </w:pPr>
      <w:r>
        <w:rPr>
          <w:b/>
          <w:sz w:val="22"/>
        </w:rPr>
        <w:t>PRÍLOHA č. 2 K ZÁPISNICI ZO ZASADNUTIA VV SZKB</w:t>
      </w:r>
    </w:p>
    <w:p w:rsidR="00CF1AC9" w:rsidRDefault="002C68AB">
      <w:pPr>
        <w:jc w:val="center"/>
      </w:pPr>
      <w:r>
        <w:rPr>
          <w:b/>
          <w:sz w:val="28"/>
        </w:rPr>
        <w:t>SCHVÁLENÁ NOMINÁCIA NA MAJSTROVSTVÁ EURÓPY SENIOROV WAKO 2026</w:t>
      </w:r>
    </w:p>
    <w:p w:rsidR="00CF1AC9" w:rsidRDefault="002C68AB">
      <w:pPr>
        <w:jc w:val="center"/>
      </w:pPr>
      <w:r>
        <w:rPr>
          <w:b/>
          <w:sz w:val="22"/>
        </w:rPr>
        <w:t>Skopje, Severné Macedónsko</w:t>
      </w:r>
    </w:p>
    <w:tbl>
      <w:tblPr>
        <w:tblStyle w:val="Mkatabulky"/>
        <w:tblW w:w="0" w:type="auto"/>
        <w:jc w:val="center"/>
        <w:tblLook w:val="04A0"/>
      </w:tblPr>
      <w:tblGrid>
        <w:gridCol w:w="1757"/>
        <w:gridCol w:w="1757"/>
        <w:gridCol w:w="1757"/>
        <w:gridCol w:w="1757"/>
        <w:gridCol w:w="1757"/>
        <w:gridCol w:w="1757"/>
      </w:tblGrid>
      <w:tr w:rsidR="00CF1AC9">
        <w:trPr>
          <w:jc w:val="center"/>
        </w:trPr>
        <w:tc>
          <w:tcPr>
            <w:tcW w:w="1757" w:type="dxa"/>
          </w:tcPr>
          <w:p w:rsidR="00CF1AC9" w:rsidRDefault="002C68AB">
            <w:r>
              <w:rPr>
                <w:b/>
              </w:rPr>
              <w:t>Por. č.</w:t>
            </w:r>
          </w:p>
        </w:tc>
        <w:tc>
          <w:tcPr>
            <w:tcW w:w="1757" w:type="dxa"/>
          </w:tcPr>
          <w:p w:rsidR="00CF1AC9" w:rsidRDefault="002C68AB">
            <w:r>
              <w:rPr>
                <w:b/>
              </w:rPr>
              <w:t>Meno</w:t>
            </w:r>
          </w:p>
        </w:tc>
        <w:tc>
          <w:tcPr>
            <w:tcW w:w="1757" w:type="dxa"/>
          </w:tcPr>
          <w:p w:rsidR="00CF1AC9" w:rsidRDefault="002C68AB">
            <w:r>
              <w:rPr>
                <w:b/>
              </w:rPr>
              <w:t>Klub</w:t>
            </w:r>
          </w:p>
        </w:tc>
        <w:tc>
          <w:tcPr>
            <w:tcW w:w="1757" w:type="dxa"/>
          </w:tcPr>
          <w:p w:rsidR="00CF1AC9" w:rsidRDefault="002C68AB">
            <w:r>
              <w:rPr>
                <w:b/>
              </w:rPr>
              <w:t>Kategória</w:t>
            </w:r>
          </w:p>
        </w:tc>
        <w:tc>
          <w:tcPr>
            <w:tcW w:w="1757" w:type="dxa"/>
          </w:tcPr>
          <w:p w:rsidR="00CF1AC9" w:rsidRDefault="002C68AB">
            <w:r>
              <w:rPr>
                <w:b/>
              </w:rPr>
              <w:t>Váha</w:t>
            </w:r>
          </w:p>
        </w:tc>
        <w:tc>
          <w:tcPr>
            <w:tcW w:w="1757" w:type="dxa"/>
          </w:tcPr>
          <w:p w:rsidR="00CF1AC9" w:rsidRDefault="002C68AB">
            <w:r>
              <w:rPr>
                <w:b/>
              </w:rPr>
              <w:t>Skupina</w:t>
            </w: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Cmárová Lucia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Leadis Košice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K1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-60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TOP TEAM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Czégény Cintia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Guard Košice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FC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-52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TOP TEAM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Fapšo Sebastian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Body gym Poprad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FC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-86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Potocká Miroslava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Panter Prešov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LC, KL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-60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Janák Michal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NVR gym LM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LC, KL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+94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Gregor Hybel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Panter Prešov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LC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-89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Molek Sebastian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NVR gym LM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K1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-91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  <w:tc>
          <w:tcPr>
            <w:tcW w:w="1757" w:type="dxa"/>
          </w:tcPr>
          <w:p w:rsidR="00CF1AC9" w:rsidRPr="00372A97" w:rsidRDefault="00372A97" w:rsidP="00907FC7">
            <w:pPr>
              <w:rPr>
                <w:rFonts w:asciiTheme="majorHAnsi" w:hAnsiTheme="majorHAnsi" w:cstheme="majorHAnsi"/>
                <w:sz w:val="20"/>
                <w:szCs w:val="20"/>
                <w:lang w:val="sk-SK"/>
              </w:rPr>
            </w:pPr>
            <w:proofErr w:type="spellStart"/>
            <w:r w:rsidRPr="00372A97">
              <w:rPr>
                <w:rFonts w:asciiTheme="majorHAnsi" w:hAnsiTheme="majorHAnsi" w:cstheme="majorHAnsi"/>
                <w:sz w:val="20"/>
                <w:szCs w:val="20"/>
                <w:lang w:val="sk-SK"/>
              </w:rPr>
              <w:t>Tamáš</w:t>
            </w:r>
            <w:proofErr w:type="spellEnd"/>
            <w:r w:rsidRPr="00372A97">
              <w:rPr>
                <w:rFonts w:asciiTheme="majorHAnsi" w:hAnsiTheme="majorHAnsi" w:cstheme="majorHAnsi"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372A97">
              <w:rPr>
                <w:rFonts w:asciiTheme="majorHAnsi" w:hAnsiTheme="majorHAnsi" w:cstheme="majorHAnsi"/>
                <w:sz w:val="20"/>
                <w:szCs w:val="20"/>
                <w:lang w:val="sk-SK"/>
              </w:rPr>
              <w:t>Christiá</w:t>
            </w:r>
            <w:r w:rsidR="002C68AB" w:rsidRPr="00372A97">
              <w:rPr>
                <w:rFonts w:asciiTheme="majorHAnsi" w:hAnsiTheme="majorHAnsi" w:cstheme="majorHAnsi"/>
                <w:sz w:val="20"/>
                <w:szCs w:val="20"/>
                <w:lang w:val="sk-SK"/>
              </w:rPr>
              <w:t>n</w:t>
            </w:r>
            <w:proofErr w:type="spellEnd"/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 xml:space="preserve">Guard </w:t>
            </w:r>
            <w:proofErr w:type="spellStart"/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Košice</w:t>
            </w:r>
            <w:proofErr w:type="spellEnd"/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LK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-51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9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Horváth Radoslav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K1 Terasa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K1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-54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Kuhal Anatolii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Guard Košice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FC</w:t>
            </w:r>
          </w:p>
        </w:tc>
        <w:tc>
          <w:tcPr>
            <w:tcW w:w="1757" w:type="dxa"/>
          </w:tcPr>
          <w:p w:rsidR="00CF1AC9" w:rsidRPr="00907FC7" w:rsidRDefault="00C57E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-67</w:t>
            </w:r>
            <w:r w:rsidR="002C68AB" w:rsidRPr="00907FC7">
              <w:rPr>
                <w:rFonts w:asciiTheme="majorHAnsi" w:hAnsiTheme="majorHAnsi" w:cstheme="majorHAnsi"/>
                <w:sz w:val="20"/>
                <w:szCs w:val="20"/>
              </w:rPr>
              <w:t xml:space="preserve">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11</w:t>
            </w:r>
          </w:p>
        </w:tc>
        <w:tc>
          <w:tcPr>
            <w:tcW w:w="1757" w:type="dxa"/>
          </w:tcPr>
          <w:p w:rsidR="00CF1AC9" w:rsidRPr="00907FC7" w:rsidRDefault="00372A9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Stričík</w:t>
            </w:r>
            <w:proofErr w:type="spellEnd"/>
            <w:r w:rsidR="002C68AB" w:rsidRPr="00907FC7">
              <w:rPr>
                <w:rFonts w:asciiTheme="majorHAnsi" w:hAnsiTheme="majorHAnsi" w:cstheme="majorHAnsi"/>
                <w:sz w:val="20"/>
                <w:szCs w:val="20"/>
              </w:rPr>
              <w:t xml:space="preserve"> Michal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Klub Všestr. Akt.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KL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-89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Filipová Alexandra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Leadis Košice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K1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+70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13</w:t>
            </w:r>
          </w:p>
        </w:tc>
        <w:tc>
          <w:tcPr>
            <w:tcW w:w="1757" w:type="dxa"/>
          </w:tcPr>
          <w:p w:rsidR="00CF1AC9" w:rsidRPr="00907FC7" w:rsidRDefault="00DB2E9F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Hús</w:t>
            </w:r>
            <w:r w:rsidR="002C68AB" w:rsidRPr="00907FC7">
              <w:rPr>
                <w:rFonts w:asciiTheme="majorHAnsi" w:hAnsiTheme="majorHAnsi" w:cstheme="majorHAnsi"/>
                <w:sz w:val="20"/>
                <w:szCs w:val="20"/>
              </w:rPr>
              <w:t>ka Samuel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MK gym LM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LC, KL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-57 kg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náhradník</w:t>
            </w:r>
          </w:p>
        </w:tc>
        <w:tc>
          <w:tcPr>
            <w:tcW w:w="1757" w:type="dxa"/>
          </w:tcPr>
          <w:p w:rsidR="00CF1AC9" w:rsidRPr="00907FC7" w:rsidRDefault="00372A9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Č</w:t>
            </w:r>
            <w:r w:rsidR="002C68AB" w:rsidRPr="00907FC7">
              <w:rPr>
                <w:rFonts w:asciiTheme="majorHAnsi" w:hAnsiTheme="majorHAnsi" w:cstheme="majorHAnsi"/>
                <w:sz w:val="20"/>
                <w:szCs w:val="20"/>
              </w:rPr>
              <w:t>ulík</w:t>
            </w:r>
            <w:proofErr w:type="spellEnd"/>
            <w:r w:rsidR="002C68AB" w:rsidRPr="00907FC7">
              <w:rPr>
                <w:rFonts w:asciiTheme="majorHAnsi" w:hAnsiTheme="majorHAnsi" w:cstheme="majorHAnsi"/>
                <w:sz w:val="20"/>
                <w:szCs w:val="20"/>
              </w:rPr>
              <w:t xml:space="preserve"> Adrian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Dream fight Košice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FC</w:t>
            </w:r>
          </w:p>
        </w:tc>
        <w:tc>
          <w:tcPr>
            <w:tcW w:w="1757" w:type="dxa"/>
          </w:tcPr>
          <w:p w:rsidR="00CF1AC9" w:rsidRPr="00907FC7" w:rsidRDefault="00C57E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-81</w:t>
            </w:r>
            <w:r w:rsidR="002C68AB" w:rsidRPr="00907FC7">
              <w:rPr>
                <w:rFonts w:asciiTheme="majorHAnsi" w:hAnsiTheme="majorHAnsi" w:cstheme="majorHAnsi"/>
                <w:sz w:val="20"/>
                <w:szCs w:val="20"/>
              </w:rPr>
              <w:t xml:space="preserve"> kg</w:t>
            </w:r>
          </w:p>
        </w:tc>
        <w:tc>
          <w:tcPr>
            <w:tcW w:w="1757" w:type="dxa"/>
          </w:tcPr>
          <w:p w:rsidR="00CF1AC9" w:rsidRPr="00907FC7" w:rsidRDefault="00CF1AC9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F1AC9">
        <w:trPr>
          <w:jc w:val="center"/>
        </w:trPr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Samoplatca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Kulizák Marian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MK gym LM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LC, KL</w:t>
            </w:r>
          </w:p>
        </w:tc>
        <w:tc>
          <w:tcPr>
            <w:tcW w:w="1757" w:type="dxa"/>
          </w:tcPr>
          <w:p w:rsidR="00CF1AC9" w:rsidRPr="00907FC7" w:rsidRDefault="002C68AB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-84 kg</w:t>
            </w:r>
          </w:p>
        </w:tc>
        <w:tc>
          <w:tcPr>
            <w:tcW w:w="1757" w:type="dxa"/>
          </w:tcPr>
          <w:p w:rsidR="00CF1AC9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07FC7">
              <w:rPr>
                <w:rFonts w:asciiTheme="majorHAnsi" w:hAnsiTheme="majorHAnsi" w:cstheme="majorHAnsi"/>
                <w:sz w:val="20"/>
                <w:szCs w:val="20"/>
              </w:rPr>
              <w:t>Veteran</w:t>
            </w:r>
          </w:p>
          <w:p w:rsidR="00907FC7" w:rsidRPr="00907FC7" w:rsidRDefault="00907FC7" w:rsidP="00907FC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CF1AC9" w:rsidRDefault="002C68AB">
      <w:proofErr w:type="spellStart"/>
      <w:r>
        <w:rPr>
          <w:b/>
        </w:rPr>
        <w:t>Realizačný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tím</w:t>
      </w:r>
      <w:proofErr w:type="spellEnd"/>
    </w:p>
    <w:tbl>
      <w:tblPr>
        <w:tblStyle w:val="Mkatabulky"/>
        <w:tblW w:w="0" w:type="auto"/>
        <w:tblLook w:val="04A0"/>
      </w:tblPr>
      <w:tblGrid>
        <w:gridCol w:w="5270"/>
        <w:gridCol w:w="5270"/>
      </w:tblGrid>
      <w:tr w:rsidR="00CF1AC9">
        <w:tc>
          <w:tcPr>
            <w:tcW w:w="5270" w:type="dxa"/>
          </w:tcPr>
          <w:p w:rsidR="00CF1AC9" w:rsidRPr="00907FC7" w:rsidRDefault="002C68AB">
            <w:pPr>
              <w:rPr>
                <w:rFonts w:asciiTheme="majorHAnsi" w:hAnsiTheme="majorHAnsi" w:cstheme="majorHAnsi"/>
              </w:rPr>
            </w:pPr>
            <w:proofErr w:type="spellStart"/>
            <w:r w:rsidRPr="00907FC7">
              <w:rPr>
                <w:rFonts w:asciiTheme="majorHAnsi" w:hAnsiTheme="majorHAnsi" w:cstheme="majorHAnsi"/>
              </w:rPr>
              <w:t>Vedúci</w:t>
            </w:r>
            <w:proofErr w:type="spellEnd"/>
            <w:r w:rsidR="0001036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01036D">
              <w:rPr>
                <w:rFonts w:asciiTheme="majorHAnsi" w:hAnsiTheme="majorHAnsi" w:cstheme="majorHAnsi"/>
              </w:rPr>
              <w:t>výpravy</w:t>
            </w:r>
            <w:proofErr w:type="spellEnd"/>
          </w:p>
        </w:tc>
        <w:tc>
          <w:tcPr>
            <w:tcW w:w="5270" w:type="dxa"/>
          </w:tcPr>
          <w:p w:rsidR="00CF1AC9" w:rsidRPr="00907FC7" w:rsidRDefault="002C68AB">
            <w:pPr>
              <w:rPr>
                <w:rFonts w:asciiTheme="majorHAnsi" w:hAnsiTheme="majorHAnsi" w:cstheme="majorHAnsi"/>
              </w:rPr>
            </w:pPr>
            <w:r w:rsidRPr="00907FC7">
              <w:rPr>
                <w:rFonts w:asciiTheme="majorHAnsi" w:hAnsiTheme="majorHAnsi" w:cstheme="majorHAnsi"/>
              </w:rPr>
              <w:t xml:space="preserve">Kolozsy </w:t>
            </w:r>
            <w:proofErr w:type="spellStart"/>
            <w:r w:rsidRPr="00907FC7">
              <w:rPr>
                <w:rFonts w:asciiTheme="majorHAnsi" w:hAnsiTheme="majorHAnsi" w:cstheme="majorHAnsi"/>
              </w:rPr>
              <w:t>Jozef</w:t>
            </w:r>
            <w:proofErr w:type="spellEnd"/>
          </w:p>
          <w:p w:rsidR="00907FC7" w:rsidRPr="00907FC7" w:rsidRDefault="00907FC7">
            <w:pPr>
              <w:rPr>
                <w:rFonts w:asciiTheme="majorHAnsi" w:hAnsiTheme="majorHAnsi" w:cstheme="majorHAnsi"/>
                <w:sz w:val="4"/>
                <w:szCs w:val="4"/>
              </w:rPr>
            </w:pPr>
          </w:p>
        </w:tc>
      </w:tr>
      <w:tr w:rsidR="00CF1AC9">
        <w:tc>
          <w:tcPr>
            <w:tcW w:w="5270" w:type="dxa"/>
          </w:tcPr>
          <w:p w:rsidR="00CF1AC9" w:rsidRPr="00907FC7" w:rsidRDefault="002C68AB">
            <w:pPr>
              <w:rPr>
                <w:rFonts w:asciiTheme="majorHAnsi" w:hAnsiTheme="majorHAnsi" w:cstheme="majorHAnsi"/>
              </w:rPr>
            </w:pPr>
            <w:r w:rsidRPr="00907FC7">
              <w:rPr>
                <w:rFonts w:asciiTheme="majorHAnsi" w:hAnsiTheme="majorHAnsi" w:cstheme="majorHAnsi"/>
              </w:rPr>
              <w:t>Tréner</w:t>
            </w:r>
          </w:p>
        </w:tc>
        <w:tc>
          <w:tcPr>
            <w:tcW w:w="5270" w:type="dxa"/>
          </w:tcPr>
          <w:p w:rsidR="00CF1AC9" w:rsidRPr="00907FC7" w:rsidRDefault="002C68AB">
            <w:pPr>
              <w:rPr>
                <w:rFonts w:asciiTheme="majorHAnsi" w:hAnsiTheme="majorHAnsi" w:cstheme="majorHAnsi"/>
              </w:rPr>
            </w:pPr>
            <w:proofErr w:type="spellStart"/>
            <w:r w:rsidRPr="00907FC7">
              <w:rPr>
                <w:rFonts w:asciiTheme="majorHAnsi" w:hAnsiTheme="majorHAnsi" w:cstheme="majorHAnsi"/>
              </w:rPr>
              <w:t>Navrátil</w:t>
            </w:r>
            <w:proofErr w:type="spellEnd"/>
            <w:r w:rsidRPr="00907FC7">
              <w:rPr>
                <w:rFonts w:asciiTheme="majorHAnsi" w:hAnsiTheme="majorHAnsi" w:cstheme="majorHAnsi"/>
              </w:rPr>
              <w:t xml:space="preserve"> Martin</w:t>
            </w:r>
          </w:p>
          <w:p w:rsidR="00907FC7" w:rsidRPr="00907FC7" w:rsidRDefault="00907FC7">
            <w:pPr>
              <w:rPr>
                <w:rFonts w:asciiTheme="majorHAnsi" w:hAnsiTheme="majorHAnsi" w:cstheme="majorHAnsi"/>
                <w:sz w:val="4"/>
                <w:szCs w:val="4"/>
              </w:rPr>
            </w:pPr>
          </w:p>
        </w:tc>
      </w:tr>
      <w:tr w:rsidR="00CF1AC9">
        <w:tc>
          <w:tcPr>
            <w:tcW w:w="5270" w:type="dxa"/>
          </w:tcPr>
          <w:p w:rsidR="00CF1AC9" w:rsidRPr="00907FC7" w:rsidRDefault="002C68AB">
            <w:pPr>
              <w:rPr>
                <w:rFonts w:asciiTheme="majorHAnsi" w:hAnsiTheme="majorHAnsi" w:cstheme="majorHAnsi"/>
              </w:rPr>
            </w:pPr>
            <w:r w:rsidRPr="00907FC7">
              <w:rPr>
                <w:rFonts w:asciiTheme="majorHAnsi" w:hAnsiTheme="majorHAnsi" w:cstheme="majorHAnsi"/>
              </w:rPr>
              <w:t>Tréner</w:t>
            </w:r>
          </w:p>
        </w:tc>
        <w:tc>
          <w:tcPr>
            <w:tcW w:w="5270" w:type="dxa"/>
          </w:tcPr>
          <w:p w:rsidR="00CF1AC9" w:rsidRPr="00907FC7" w:rsidRDefault="002C68AB">
            <w:pPr>
              <w:rPr>
                <w:rFonts w:asciiTheme="majorHAnsi" w:hAnsiTheme="majorHAnsi" w:cstheme="majorHAnsi"/>
              </w:rPr>
            </w:pPr>
            <w:r w:rsidRPr="00907FC7">
              <w:rPr>
                <w:rFonts w:asciiTheme="majorHAnsi" w:hAnsiTheme="majorHAnsi" w:cstheme="majorHAnsi"/>
              </w:rPr>
              <w:t xml:space="preserve">Body </w:t>
            </w:r>
            <w:proofErr w:type="spellStart"/>
            <w:r w:rsidRPr="00907FC7">
              <w:rPr>
                <w:rFonts w:asciiTheme="majorHAnsi" w:hAnsiTheme="majorHAnsi" w:cstheme="majorHAnsi"/>
              </w:rPr>
              <w:t>Lukáš</w:t>
            </w:r>
            <w:proofErr w:type="spellEnd"/>
          </w:p>
          <w:p w:rsidR="00907FC7" w:rsidRPr="00907FC7" w:rsidRDefault="00907FC7">
            <w:pPr>
              <w:rPr>
                <w:rFonts w:asciiTheme="majorHAnsi" w:hAnsiTheme="majorHAnsi" w:cstheme="majorHAnsi"/>
                <w:sz w:val="4"/>
                <w:szCs w:val="4"/>
              </w:rPr>
            </w:pPr>
          </w:p>
        </w:tc>
      </w:tr>
      <w:tr w:rsidR="00CF1AC9">
        <w:tc>
          <w:tcPr>
            <w:tcW w:w="5270" w:type="dxa"/>
          </w:tcPr>
          <w:p w:rsidR="00CF1AC9" w:rsidRPr="00907FC7" w:rsidRDefault="002C68AB">
            <w:pPr>
              <w:rPr>
                <w:rFonts w:asciiTheme="majorHAnsi" w:hAnsiTheme="majorHAnsi" w:cstheme="majorHAnsi"/>
              </w:rPr>
            </w:pPr>
            <w:r w:rsidRPr="00907FC7">
              <w:rPr>
                <w:rFonts w:asciiTheme="majorHAnsi" w:hAnsiTheme="majorHAnsi" w:cstheme="majorHAnsi"/>
              </w:rPr>
              <w:t>Tréner</w:t>
            </w:r>
          </w:p>
        </w:tc>
        <w:tc>
          <w:tcPr>
            <w:tcW w:w="5270" w:type="dxa"/>
          </w:tcPr>
          <w:p w:rsidR="00CF1AC9" w:rsidRPr="00907FC7" w:rsidRDefault="002C68AB">
            <w:pPr>
              <w:rPr>
                <w:rFonts w:asciiTheme="majorHAnsi" w:hAnsiTheme="majorHAnsi" w:cstheme="majorHAnsi"/>
              </w:rPr>
            </w:pPr>
            <w:proofErr w:type="spellStart"/>
            <w:r w:rsidRPr="00907FC7">
              <w:rPr>
                <w:rFonts w:asciiTheme="majorHAnsi" w:hAnsiTheme="majorHAnsi" w:cstheme="majorHAnsi"/>
              </w:rPr>
              <w:t>Navrátil</w:t>
            </w:r>
            <w:proofErr w:type="spellEnd"/>
            <w:r w:rsidRPr="00907FC7">
              <w:rPr>
                <w:rFonts w:asciiTheme="majorHAnsi" w:hAnsiTheme="majorHAnsi" w:cstheme="majorHAnsi"/>
              </w:rPr>
              <w:t xml:space="preserve"> Peter</w:t>
            </w:r>
          </w:p>
          <w:p w:rsidR="00907FC7" w:rsidRPr="00907FC7" w:rsidRDefault="00907FC7">
            <w:pPr>
              <w:rPr>
                <w:rFonts w:asciiTheme="majorHAnsi" w:hAnsiTheme="majorHAnsi" w:cstheme="majorHAnsi"/>
                <w:sz w:val="4"/>
                <w:szCs w:val="4"/>
              </w:rPr>
            </w:pPr>
          </w:p>
        </w:tc>
      </w:tr>
    </w:tbl>
    <w:p w:rsidR="00CF1AC9" w:rsidRDefault="00CF1AC9"/>
    <w:p w:rsidR="00372A97" w:rsidRPr="00372A97" w:rsidRDefault="00372A97" w:rsidP="00372A97">
      <w:pPr>
        <w:jc w:val="both"/>
        <w:rPr>
          <w:rFonts w:cs="Arial"/>
          <w:b/>
          <w:i/>
          <w:color w:val="FF0000"/>
        </w:rPr>
      </w:pPr>
      <w:proofErr w:type="spellStart"/>
      <w:r w:rsidRPr="00372A97">
        <w:rPr>
          <w:rFonts w:cs="Arial"/>
          <w:b/>
          <w:i/>
          <w:color w:val="FF0000"/>
        </w:rPr>
        <w:t>Potvrdenie</w:t>
      </w:r>
      <w:proofErr w:type="spellEnd"/>
      <w:r w:rsidRPr="00372A97">
        <w:rPr>
          <w:rFonts w:cs="Arial"/>
          <w:b/>
          <w:i/>
          <w:color w:val="FF0000"/>
        </w:rPr>
        <w:t xml:space="preserve"> </w:t>
      </w:r>
      <w:proofErr w:type="spellStart"/>
      <w:r w:rsidRPr="00372A97">
        <w:rPr>
          <w:rFonts w:cs="Arial"/>
          <w:b/>
          <w:i/>
          <w:color w:val="FF0000"/>
        </w:rPr>
        <w:t>účasti</w:t>
      </w:r>
      <w:proofErr w:type="spellEnd"/>
      <w:r w:rsidRPr="00372A97">
        <w:rPr>
          <w:rFonts w:cs="Arial"/>
          <w:b/>
          <w:i/>
          <w:color w:val="FF0000"/>
        </w:rPr>
        <w:t xml:space="preserve">: </w:t>
      </w:r>
      <w:proofErr w:type="spellStart"/>
      <w:r w:rsidRPr="00372A97">
        <w:rPr>
          <w:rFonts w:cs="Arial"/>
          <w:i/>
          <w:color w:val="FF0000"/>
        </w:rPr>
        <w:t>Nominovaný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športovec</w:t>
      </w:r>
      <w:proofErr w:type="spellEnd"/>
      <w:r w:rsidRPr="00372A97">
        <w:rPr>
          <w:rFonts w:cs="Arial"/>
          <w:i/>
          <w:color w:val="FF0000"/>
        </w:rPr>
        <w:t xml:space="preserve"> je </w:t>
      </w:r>
      <w:proofErr w:type="spellStart"/>
      <w:r w:rsidRPr="00372A97">
        <w:rPr>
          <w:rFonts w:cs="Arial"/>
          <w:i/>
          <w:color w:val="FF0000"/>
        </w:rPr>
        <w:t>povinný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potvrdiť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svoju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účasť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na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základe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zverejnenej</w:t>
      </w:r>
      <w:proofErr w:type="spellEnd"/>
      <w:r>
        <w:rPr>
          <w:rFonts w:cs="Arial"/>
          <w:i/>
          <w:color w:val="FF0000"/>
        </w:rPr>
        <w:t xml:space="preserve"> </w:t>
      </w:r>
      <w:proofErr w:type="spellStart"/>
      <w:r>
        <w:rPr>
          <w:rFonts w:cs="Arial"/>
          <w:i/>
          <w:color w:val="FF0000"/>
        </w:rPr>
        <w:t>nominácie</w:t>
      </w:r>
      <w:proofErr w:type="spellEnd"/>
      <w:r>
        <w:rPr>
          <w:rFonts w:cs="Arial"/>
          <w:i/>
          <w:color w:val="FF0000"/>
        </w:rPr>
        <w:t xml:space="preserve"> e-</w:t>
      </w:r>
      <w:proofErr w:type="spellStart"/>
      <w:r>
        <w:rPr>
          <w:rFonts w:cs="Arial"/>
          <w:i/>
          <w:color w:val="FF0000"/>
        </w:rPr>
        <w:t>mailom</w:t>
      </w:r>
      <w:proofErr w:type="spellEnd"/>
      <w:r>
        <w:rPr>
          <w:rFonts w:cs="Arial"/>
          <w:i/>
          <w:color w:val="FF0000"/>
        </w:rPr>
        <w:t xml:space="preserve">. </w:t>
      </w:r>
      <w:r w:rsidRPr="00372A97">
        <w:rPr>
          <w:rFonts w:cs="Arial"/>
          <w:i/>
          <w:color w:val="FF0000"/>
        </w:rPr>
        <w:t xml:space="preserve">V </w:t>
      </w:r>
      <w:proofErr w:type="spellStart"/>
      <w:r w:rsidRPr="00372A97">
        <w:rPr>
          <w:rFonts w:cs="Arial"/>
          <w:i/>
          <w:color w:val="FF0000"/>
        </w:rPr>
        <w:t>prípade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nominácie</w:t>
      </w:r>
      <w:proofErr w:type="spellEnd"/>
      <w:r w:rsidRPr="00372A97">
        <w:rPr>
          <w:rFonts w:cs="Arial"/>
          <w:i/>
          <w:color w:val="FF0000"/>
        </w:rPr>
        <w:t xml:space="preserve"> s </w:t>
      </w:r>
      <w:proofErr w:type="spellStart"/>
      <w:r w:rsidRPr="00372A97">
        <w:rPr>
          <w:rFonts w:cs="Arial"/>
          <w:i/>
          <w:color w:val="FF0000"/>
        </w:rPr>
        <w:t>povinnosťou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doplatku</w:t>
      </w:r>
      <w:proofErr w:type="spellEnd"/>
      <w:r w:rsidRPr="00372A97">
        <w:rPr>
          <w:rFonts w:cs="Arial"/>
          <w:i/>
          <w:color w:val="FF0000"/>
        </w:rPr>
        <w:t xml:space="preserve"> je </w:t>
      </w:r>
      <w:proofErr w:type="spellStart"/>
      <w:r w:rsidRPr="00372A97">
        <w:rPr>
          <w:rFonts w:cs="Arial"/>
          <w:i/>
          <w:color w:val="FF0000"/>
        </w:rPr>
        <w:t>potrebné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príslušnú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sumu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uhradiť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najneskôr</w:t>
      </w:r>
      <w:proofErr w:type="spellEnd"/>
      <w:r w:rsidRPr="00372A97">
        <w:rPr>
          <w:rFonts w:cs="Arial"/>
          <w:i/>
          <w:color w:val="FF0000"/>
        </w:rPr>
        <w:t xml:space="preserve"> do 11. 10. 2026 </w:t>
      </w:r>
      <w:proofErr w:type="spellStart"/>
      <w:r w:rsidRPr="00372A97">
        <w:rPr>
          <w:rFonts w:cs="Arial"/>
          <w:i/>
          <w:color w:val="FF0000"/>
        </w:rPr>
        <w:t>na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číslo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účtu</w:t>
      </w:r>
      <w:proofErr w:type="spellEnd"/>
      <w:r w:rsidRPr="00372A97">
        <w:rPr>
          <w:rFonts w:cs="Arial"/>
          <w:i/>
          <w:color w:val="FF0000"/>
        </w:rPr>
        <w:t xml:space="preserve">: </w:t>
      </w:r>
      <w:r w:rsidRPr="00372A97">
        <w:rPr>
          <w:rFonts w:cs="Arial"/>
          <w:b/>
          <w:i/>
          <w:color w:val="FF0000"/>
        </w:rPr>
        <w:t>IBAN ČSOB: SK83 7500 0000 0040 0806 2802</w:t>
      </w:r>
      <w:r w:rsidRPr="00372A97">
        <w:rPr>
          <w:rFonts w:cs="Arial"/>
          <w:i/>
          <w:color w:val="FF0000"/>
        </w:rPr>
        <w:t xml:space="preserve">. V </w:t>
      </w:r>
      <w:proofErr w:type="spellStart"/>
      <w:r w:rsidRPr="00372A97">
        <w:rPr>
          <w:rFonts w:cs="Arial"/>
          <w:i/>
          <w:color w:val="FF0000"/>
        </w:rPr>
        <w:t>prípade</w:t>
      </w:r>
      <w:proofErr w:type="spellEnd"/>
      <w:r w:rsidRPr="00372A97">
        <w:rPr>
          <w:rFonts w:cs="Arial"/>
          <w:i/>
          <w:color w:val="FF0000"/>
        </w:rPr>
        <w:t xml:space="preserve">, </w:t>
      </w:r>
      <w:proofErr w:type="spellStart"/>
      <w:r w:rsidRPr="00372A97">
        <w:rPr>
          <w:rFonts w:cs="Arial"/>
          <w:i/>
          <w:color w:val="FF0000"/>
        </w:rPr>
        <w:t>že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doplatok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nebude</w:t>
      </w:r>
      <w:proofErr w:type="spellEnd"/>
      <w:r w:rsidRPr="00372A97">
        <w:rPr>
          <w:rFonts w:cs="Arial"/>
          <w:i/>
          <w:color w:val="FF0000"/>
        </w:rPr>
        <w:t xml:space="preserve"> v </w:t>
      </w:r>
      <w:proofErr w:type="spellStart"/>
      <w:r w:rsidRPr="00372A97">
        <w:rPr>
          <w:rFonts w:cs="Arial"/>
          <w:i/>
          <w:color w:val="FF0000"/>
        </w:rPr>
        <w:t>stanovenom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termíne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uhradený</w:t>
      </w:r>
      <w:proofErr w:type="spellEnd"/>
      <w:r w:rsidRPr="00372A97">
        <w:rPr>
          <w:rFonts w:cs="Arial"/>
          <w:i/>
          <w:color w:val="FF0000"/>
        </w:rPr>
        <w:t xml:space="preserve">, </w:t>
      </w:r>
      <w:proofErr w:type="spellStart"/>
      <w:r w:rsidRPr="00372A97">
        <w:rPr>
          <w:rFonts w:cs="Arial"/>
          <w:i/>
          <w:color w:val="FF0000"/>
        </w:rPr>
        <w:t>nominácia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športovca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nebude</w:t>
      </w:r>
      <w:proofErr w:type="spellEnd"/>
      <w:r w:rsidRPr="00372A97">
        <w:rPr>
          <w:rFonts w:cs="Arial"/>
          <w:i/>
          <w:color w:val="FF0000"/>
        </w:rPr>
        <w:t xml:space="preserve"> </w:t>
      </w:r>
      <w:proofErr w:type="spellStart"/>
      <w:r w:rsidRPr="00372A97">
        <w:rPr>
          <w:rFonts w:cs="Arial"/>
          <w:i/>
          <w:color w:val="FF0000"/>
        </w:rPr>
        <w:t>realizovaná</w:t>
      </w:r>
      <w:proofErr w:type="spellEnd"/>
      <w:r w:rsidRPr="00372A97">
        <w:rPr>
          <w:rFonts w:cs="Arial"/>
          <w:i/>
          <w:color w:val="FF0000"/>
        </w:rPr>
        <w:t>.</w:t>
      </w:r>
    </w:p>
    <w:p w:rsidR="00CF1AC9" w:rsidRDefault="002C68AB">
      <w:r>
        <w:rPr>
          <w:i/>
        </w:rPr>
        <w:t>Príloha č. 2 tvorí neoddeliteľnú súčasť zápisnice zo zasadnutia Výkonného výboru SZKB.</w:t>
      </w:r>
    </w:p>
    <w:sectPr w:rsidR="00CF1AC9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425"/>
  <w:characterSpacingControl w:val="doNotCompress"/>
  <w:compat>
    <w:useFELayout/>
  </w:compat>
  <w:rsids>
    <w:rsidRoot w:val="00B47730"/>
    <w:rsid w:val="0001036D"/>
    <w:rsid w:val="000211F6"/>
    <w:rsid w:val="00034616"/>
    <w:rsid w:val="0006063C"/>
    <w:rsid w:val="000E2A27"/>
    <w:rsid w:val="0015074B"/>
    <w:rsid w:val="0029639D"/>
    <w:rsid w:val="002C68AB"/>
    <w:rsid w:val="00326F90"/>
    <w:rsid w:val="00372A97"/>
    <w:rsid w:val="00504297"/>
    <w:rsid w:val="006B76A5"/>
    <w:rsid w:val="00713576"/>
    <w:rsid w:val="009009B7"/>
    <w:rsid w:val="00907FC7"/>
    <w:rsid w:val="00AA1D8D"/>
    <w:rsid w:val="00B47730"/>
    <w:rsid w:val="00C457B4"/>
    <w:rsid w:val="00C57EAB"/>
    <w:rsid w:val="00CB0664"/>
    <w:rsid w:val="00CF1AC9"/>
    <w:rsid w:val="00D93CD8"/>
    <w:rsid w:val="00DB2E9F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rPr>
      <w:rFonts w:ascii="Arial" w:hAnsi="Arial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FC693F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7CD17F-D0B9-43B8-8D51-310BF855E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Jozef</cp:lastModifiedBy>
  <cp:revision>7</cp:revision>
  <dcterms:created xsi:type="dcterms:W3CDTF">2026-10-06T13:33:00Z</dcterms:created>
  <dcterms:modified xsi:type="dcterms:W3CDTF">2026-10-07T12:21:00Z</dcterms:modified>
</cp:coreProperties>
</file>